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6366F1"/>
          <w:sz w:val="22"/>
        </w:rPr>
        <w:t>girokonto.io</w:t>
      </w:r>
    </w:p>
    <w:p>
      <w:r>
        <w:rPr>
          <w:b/>
          <w:sz w:val="32"/>
        </w:rPr>
        <w:t>Kündigung des Girokontos</w:t>
      </w:r>
    </w:p>
    <w:p>
      <w:r>
        <w:rPr>
          <w:color w:val="6B7280"/>
          <w:sz w:val="18"/>
        </w:rPr>
        <w:t>Ersetzen Sie die eckigen Klammern durch Ihre Angaben und löschen Sie diese Zeile vor dem Ausdrucken.</w:t>
      </w:r>
    </w:p>
    <w:p/>
    <w:p>
      <w:pPr>
        <w:spacing w:after="0"/>
      </w:pPr>
      <w:r>
        <w:t>[Vorname Name]</w:t>
      </w:r>
    </w:p>
    <w:p>
      <w:pPr>
        <w:spacing w:after="0"/>
      </w:pPr>
      <w:r>
        <w:t>[Straße und Hausnummer]</w:t>
      </w:r>
    </w:p>
    <w:p>
      <w:pPr>
        <w:spacing w:after="0"/>
      </w:pPr>
      <w:r>
        <w:t>[PLZ Ort]</w:t>
      </w:r>
    </w:p>
    <w:p>
      <w:pPr>
        <w:spacing w:after="0"/>
      </w:pPr>
      <w:r>
        <w:t>[Telefon]</w:t>
      </w:r>
    </w:p>
    <w:p>
      <w:pPr>
        <w:spacing w:after="0"/>
      </w:pPr>
      <w:r>
        <w:t>[E-Mail]</w:t>
      </w:r>
    </w:p>
    <w:p/>
    <w:p>
      <w:pPr>
        <w:spacing w:after="0"/>
      </w:pPr>
      <w:r>
        <w:t>[Name der Bank]</w:t>
      </w:r>
    </w:p>
    <w:p>
      <w:pPr>
        <w:spacing w:after="0"/>
      </w:pPr>
      <w:r>
        <w:t>[Straße und Hausnummer]</w:t>
      </w:r>
    </w:p>
    <w:p>
      <w:pPr>
        <w:spacing w:after="0"/>
      </w:pPr>
      <w:r>
        <w:t>[PLZ Ort]</w:t>
      </w:r>
    </w:p>
    <w:p/>
    <w:p>
      <w:pPr>
        <w:jc w:val="right"/>
      </w:pPr>
      <w:r>
        <w:t>[Ort], den [TT.MM.JJJJ]</w:t>
      </w:r>
    </w:p>
    <w:p/>
    <w:p>
      <w:r>
        <w:rPr>
          <w:b/>
        </w:rPr>
        <w:t>Kündigung meines Girokontos mit der IBAN [DE00 0000 0000 0000 0000 00]</w:t>
      </w:r>
    </w:p>
    <w:p/>
    <w:p>
      <w:r>
        <w:t>Sehr geehrte Damen und Herren,</w:t>
      </w:r>
    </w:p>
    <w:p/>
    <w:p>
      <w:r>
        <w:t>hiermit kündige ich den oben genannten Zahlungsdiensterahmenvertrag über mein Girokonto fristlos zum nächstmöglichen Zeitpunkt. Sollte eine Kündigungsfrist vereinbart sein, kündige ich zum nächstzulässigen Termin.</w:t>
      </w:r>
    </w:p>
    <w:p>
      <w:r>
        <w:t>Bitte bestätigen Sie mir die Kündigung schriftlich und nennen Sie darin das Datum, zu dem das Konto geschlossen wird. Ein verbleibendes Guthaben überweisen Sie bitte auf folgendes Konto:</w:t>
      </w:r>
    </w:p>
    <w:p>
      <w:pPr>
        <w:spacing w:after="0"/>
      </w:pPr>
      <w:r>
        <w:t>Kontoinhaber: [Vorname Name]</w:t>
      </w:r>
    </w:p>
    <w:p>
      <w:pPr>
        <w:spacing w:after="0"/>
      </w:pPr>
      <w:r>
        <w:t>Bank: [Name der Bank]</w:t>
      </w:r>
    </w:p>
    <w:p>
      <w:pPr>
        <w:spacing w:after="0"/>
      </w:pPr>
      <w:r>
        <w:t>IBAN: [DE00 ...]</w:t>
      </w:r>
    </w:p>
    <w:p>
      <w:pPr>
        <w:spacing w:after="0"/>
      </w:pPr>
      <w:r>
        <w:t>BIC: [falls erforderlich]</w:t>
      </w:r>
    </w:p>
    <w:p/>
    <w:p>
      <w:r>
        <w:t>Alle zum Konto gehörenden Karten sowie erteilte Vollmachten und Daueraufträge betrachte ich mit der Kontoschließung als beendet. Bitte teilen Sie mir mit, falls noch Unterlagen oder Rücksendungen von meiner Seite erforderlich sind.</w:t>
      </w:r>
    </w:p>
    <w:p/>
    <w:p>
      <w:r>
        <w:t>Mit freundlichen Grüßen</w:t>
      </w:r>
    </w:p>
    <w:p/>
    <w:p/>
    <w:p>
      <w:r>
        <w:t>[Unterschrift]</w:t>
      </w:r>
    </w:p>
    <w:p/>
    <w:p>
      <w:r>
        <w:rPr>
          <w:color w:val="6B7280"/>
          <w:sz w:val="18"/>
        </w:rPr>
        <w:t>Rechtsgrundlagen: § 675h BGB (Kündigung eines Zahlungsdiensterahmenvertrags, jederzeit und ohne Entgelt), §§ 20 bis 23 Zahlungskontengesetz (Kontenwechselhilfe). Diese Vorlage ersetzt keine Rechtsberatung.</w:t>
      </w: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B7280"/>
        <w:sz w:val="16"/>
      </w:rPr>
      <w:t>Vorlage von girokonto.io · Stand September 2026 · keine Rechtsberatung</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