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366F1"/>
          <w:sz w:val="22"/>
        </w:rPr>
        <w:t>girokonto.io</w:t>
      </w:r>
    </w:p>
    <w:p>
      <w:r>
        <w:rPr>
          <w:b/>
          <w:sz w:val="32"/>
        </w:rPr>
        <w:t>Erstattung einer Lastschrift verlangen</w:t>
      </w:r>
    </w:p>
    <w:p>
      <w:r>
        <w:rPr>
          <w:color w:val="6B7280"/>
          <w:sz w:val="18"/>
        </w:rPr>
        <w:t>Zwei Varianten. Nutzen Sie Variante A, wenn Sie dem Einzug einmal zugestimmt haben, und Variante B, wenn nie ein Mandat bestand.</w:t>
      </w:r>
    </w:p>
    <w:p/>
    <w:p>
      <w:r>
        <w:rPr>
          <w:b/>
        </w:rPr>
        <w:t>Variante A: Lastschrift mit erteiltem Mandat, Erstattung innerhalb von acht Wochen</w:t>
      </w:r>
    </w:p>
    <w:p>
      <w:pPr>
        <w:spacing w:after="0"/>
      </w:pPr>
      <w:r>
        <w:t>[Vorname Name]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 Ort]</w:t>
      </w:r>
    </w:p>
    <w:p>
      <w:pPr>
        <w:spacing w:after="0"/>
      </w:pPr>
      <w:r>
        <w:t>IBAN: [DE00 ...]</w:t>
      </w:r>
    </w:p>
    <w:p/>
    <w:p>
      <w:pPr>
        <w:spacing w:after="0"/>
      </w:pPr>
      <w:r>
        <w:t>[Name der Bank]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 Ort]</w:t>
      </w:r>
    </w:p>
    <w:p/>
    <w:p>
      <w:r>
        <w:t>[Ort], den [TT.MM.JJJJ]</w:t>
      </w:r>
    </w:p>
    <w:p/>
    <w:p>
      <w:r>
        <w:rPr>
          <w:b/>
        </w:rPr>
        <w:t>Erstattung einer SEPA-Basislastschrift</w:t>
      </w:r>
    </w:p>
    <w:p/>
    <w:p>
      <w:r>
        <w:t>Sehr geehrte Damen und Herren,</w:t>
      </w:r>
    </w:p>
    <w:p/>
    <w:p>
      <w:r>
        <w:t>am [TT.MM.JJJJ] wurde mein Konto mit [Betrag] Euro zugunsten von [Zahlungsempfänger] belastet (Verwendungszweck oder Mandatsreferenz: [Referenz]).</w:t>
      </w:r>
    </w:p>
    <w:p>
      <w:r>
        <w:t>Ich verlange die Erstattung dieses Betrags nach § 675x BGB. Die Acht-Wochen-Frist ab dem Belastungstag ist gewahrt. Bitte schreiben Sie den Betrag meinem Konto wieder gut.</w:t>
      </w:r>
    </w:p>
    <w:p/>
    <w:p>
      <w:r>
        <w:t>Mit freundlichen Grüßen</w:t>
      </w:r>
    </w:p>
    <w:p/>
    <w:p>
      <w:r>
        <w:t>[Unterschrift]</w:t>
      </w:r>
    </w:p>
    <w:p>
      <w:r>
        <w:br w:type="page"/>
      </w:r>
    </w:p>
    <w:p>
      <w:r>
        <w:rPr>
          <w:b/>
        </w:rPr>
        <w:t>Variante B: Lastschrift ohne gültiges Mandat</w:t>
      </w:r>
    </w:p>
    <w:p>
      <w:pPr>
        <w:spacing w:after="0"/>
      </w:pPr>
      <w:r>
        <w:t>[Vorname Name]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 Ort]</w:t>
      </w:r>
    </w:p>
    <w:p>
      <w:pPr>
        <w:spacing w:after="0"/>
      </w:pPr>
      <w:r>
        <w:t>IBAN: [DE00 ...]</w:t>
      </w:r>
    </w:p>
    <w:p/>
    <w:p>
      <w:pPr>
        <w:spacing w:after="0"/>
      </w:pPr>
      <w:r>
        <w:t>[Name der Bank]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 Ort]</w:t>
      </w:r>
    </w:p>
    <w:p/>
    <w:p>
      <w:r>
        <w:t>[Ort], den [TT.MM.JJJJ]</w:t>
      </w:r>
    </w:p>
    <w:p/>
    <w:p>
      <w:r>
        <w:rPr>
          <w:b/>
        </w:rPr>
        <w:t>Nicht autorisierte Lastschrift, Erstattung nach § 675u BGB</w:t>
      </w:r>
    </w:p>
    <w:p/>
    <w:p>
      <w:r>
        <w:t>Sehr geehrte Damen und Herren,</w:t>
      </w:r>
    </w:p>
    <w:p/>
    <w:p>
      <w:r>
        <w:t>am [TT.MM.JJJJ] wurde mein Konto mit [Betrag] Euro belastet. Ich habe dem Zahlungsempfänger [Name] kein SEPA-Lastschriftmandat erteilt. Der Zahlungsvorgang war damit nicht autorisiert.</w:t>
      </w:r>
    </w:p>
    <w:p>
      <w:r>
        <w:t>Ich fordere Sie auf, mein Konto unverzüglich wieder auf den Stand zu bringen, auf dem es ohne die Belastung wäre, und mir eventuell berechnete Entgelte zu erstatten.</w:t>
      </w:r>
    </w:p>
    <w:p/>
    <w:p>
      <w:r>
        <w:t>Mit freundlichen Grüßen</w:t>
      </w:r>
    </w:p>
    <w:p/>
    <w:p>
      <w:r>
        <w:t>[Unterschrift]</w:t>
      </w:r>
    </w:p>
    <w:p/>
    <w:p>
      <w:r>
        <w:rPr>
          <w:color w:val="6B7280"/>
          <w:sz w:val="18"/>
        </w:rPr>
        <w:t>Rechtsgrundlagen: § 675x BGB (Erstattung autorisierter Zahlungen, acht Wochen, Bank antwortet innerhalb von zehn Geschäftstagen), § 675u BGB (nicht autorisierte Zahlungen), § 676b BGB (Anzeigefrist 13 Monate). Diese Vorlage ersetzt keine Rechtsberatung.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</w:rPr>
      <w:t>Vorlage von girokonto.io · Stand September 2026 · keine Rechtsberatung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